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02B2" w:rsidRDefault="00000000">
      <w:pPr>
        <w:spacing w:after="300"/>
        <w:jc w:val="center"/>
      </w:pPr>
      <w:r>
        <w:rPr>
          <w:b/>
          <w:sz w:val="18"/>
        </w:rPr>
        <w:t>ULUSAL ELASTOMER KONGRESİ  |  15–17 EYLÜL 2027, ANKARA</w:t>
      </w:r>
    </w:p>
    <w:p w:rsidR="00F402B2" w:rsidRDefault="00000000">
      <w:pPr>
        <w:spacing w:after="200"/>
        <w:jc w:val="center"/>
      </w:pPr>
      <w:r>
        <w:rPr>
          <w:b/>
        </w:rPr>
        <w:t>BİLDİRİ BAŞLIĞI BURAYA YAZILMALIDIR</w:t>
      </w:r>
    </w:p>
    <w:p w:rsidR="00F402B2" w:rsidRDefault="00000000">
      <w:pPr>
        <w:jc w:val="center"/>
      </w:pPr>
      <w:r>
        <w:rPr>
          <w:sz w:val="20"/>
        </w:rPr>
        <w:t>Ad SOYAD¹, Ad SOYAD², Ad SOYAD¹*</w:t>
      </w:r>
    </w:p>
    <w:p w:rsidR="00F402B2" w:rsidRDefault="00000000">
      <w:pPr>
        <w:spacing w:after="40"/>
        <w:jc w:val="center"/>
      </w:pPr>
      <w:r>
        <w:rPr>
          <w:sz w:val="20"/>
        </w:rPr>
        <w:t>¹ Kurum/Bölüm, Şehir, Ülke</w:t>
      </w:r>
    </w:p>
    <w:p w:rsidR="00F402B2" w:rsidRDefault="00000000">
      <w:pPr>
        <w:spacing w:after="60"/>
        <w:jc w:val="center"/>
      </w:pPr>
      <w:r>
        <w:rPr>
          <w:sz w:val="20"/>
        </w:rPr>
        <w:t>² Kurum/Bölüm, Şehir, Ülke</w:t>
      </w:r>
    </w:p>
    <w:p w:rsidR="00F402B2" w:rsidRDefault="00000000">
      <w:pPr>
        <w:spacing w:after="300"/>
        <w:jc w:val="center"/>
      </w:pPr>
      <w:r>
        <w:rPr>
          <w:sz w:val="20"/>
        </w:rPr>
        <w:t>* Sorumlu yazar: eposta@kurum.edu.tr</w:t>
      </w:r>
    </w:p>
    <w:p w:rsidR="00F402B2" w:rsidRDefault="00000000">
      <w:pPr>
        <w:spacing w:after="140"/>
      </w:pPr>
      <w:r>
        <w:rPr>
          <w:b/>
        </w:rPr>
        <w:t>ÖZET</w:t>
      </w:r>
    </w:p>
    <w:p w:rsidR="00F402B2" w:rsidRDefault="00000000">
      <w:pPr>
        <w:spacing w:after="240"/>
        <w:jc w:val="both"/>
      </w:pPr>
      <w:r>
        <w:t>Bu alanı 250–350 kelimelik bildiri özetiyle değiştiriniz. İlk cümlelerde çalışmanın bilimsel veya teknolojik problemi ve amacı açıkça tanımlanmalıdır. Ardından kullanılan elastomer veya kauçuk sistemi, malzemeler, deneysel ya da kuramsal yöntemler ve temel karakterizasyon teknikleri özetlenmelidir. Bulgular bölümünde mümkün olduğunca ölçülebilir sonuçlar ve karşılaştırmalar verilmelidir. Son cümlelerde çalışmanın başlıca sonucu, özgün katkısı ve elastomer bilimi, teknolojisi veya endüstriyel uygulamalar açısından önemi belirtilmelidir. Bu metin yalnızca yer tutucudur; başvuru öncesinde tamamen silinmelidir.</w:t>
      </w:r>
    </w:p>
    <w:p w:rsidR="00F402B2" w:rsidRDefault="00000000">
      <w:pPr>
        <w:spacing w:after="340"/>
      </w:pPr>
      <w:r>
        <w:rPr>
          <w:sz w:val="20"/>
        </w:rPr>
        <w:t>Anahtar Kelimeler: elastomerler; kauçuk teknolojisi; vulkanizasyon; karakterizasyon</w:t>
      </w:r>
    </w:p>
    <w:p w:rsidR="00F402B2" w:rsidRDefault="00000000">
      <w:pPr>
        <w:spacing w:after="120"/>
      </w:pPr>
      <w:r>
        <w:rPr>
          <w:b/>
          <w:sz w:val="20"/>
        </w:rPr>
        <w:t>ÖZET HAZIRLAMA VE GÖNDERİM KURALLARI</w:t>
      </w:r>
    </w:p>
    <w:p w:rsidR="00F402B2" w:rsidRPr="007866B4" w:rsidRDefault="00000000">
      <w:pPr>
        <w:spacing w:after="60"/>
        <w:ind w:left="317" w:hanging="317"/>
        <w:rPr>
          <w:lang w:val="tr-TR"/>
        </w:rPr>
      </w:pPr>
      <w:r w:rsidRPr="007866B4">
        <w:rPr>
          <w:sz w:val="18"/>
          <w:lang w:val="tr-TR"/>
        </w:rPr>
        <w:t xml:space="preserve">1. Bildiri özeti Türkçe </w:t>
      </w:r>
      <w:r w:rsidR="007866B4" w:rsidRPr="007866B4">
        <w:rPr>
          <w:sz w:val="18"/>
          <w:lang w:val="tr-TR"/>
        </w:rPr>
        <w:t>olarak</w:t>
      </w:r>
      <w:r w:rsidRPr="007866B4">
        <w:rPr>
          <w:sz w:val="18"/>
          <w:lang w:val="tr-TR"/>
        </w:rPr>
        <w:t xml:space="preserve"> hazırl</w:t>
      </w:r>
      <w:r w:rsidR="007866B4" w:rsidRPr="007866B4">
        <w:rPr>
          <w:sz w:val="18"/>
          <w:lang w:val="tr-TR"/>
        </w:rPr>
        <w:t>anmalıdır</w:t>
      </w:r>
      <w:r w:rsidRPr="007866B4">
        <w:rPr>
          <w:sz w:val="18"/>
          <w:lang w:val="tr-TR"/>
        </w:rPr>
        <w:t>.</w:t>
      </w:r>
    </w:p>
    <w:p w:rsidR="00F402B2" w:rsidRDefault="00000000">
      <w:pPr>
        <w:spacing w:after="60"/>
        <w:ind w:left="317" w:hanging="317"/>
      </w:pPr>
      <w:r>
        <w:rPr>
          <w:sz w:val="18"/>
        </w:rPr>
        <w:t>2. Özet tek sayfa, A4, tek sütun ve Arial yazı tipiyle hazırlanmalıdır. Başlık 12 punto kalın ve ortalı; yazar/kurum bilgileri 10 punto; özet metni 12 punto ve iki yana yaslı olmalıdır.</w:t>
      </w:r>
    </w:p>
    <w:p w:rsidR="00F402B2" w:rsidRDefault="00000000">
      <w:pPr>
        <w:spacing w:after="60"/>
        <w:ind w:left="317" w:hanging="317"/>
      </w:pPr>
      <w:r>
        <w:rPr>
          <w:sz w:val="18"/>
        </w:rPr>
        <w:t>3. Özet metni 250</w:t>
      </w:r>
      <w:r w:rsidR="007866B4">
        <w:rPr>
          <w:sz w:val="18"/>
        </w:rPr>
        <w:t>-</w:t>
      </w:r>
      <w:r>
        <w:rPr>
          <w:sz w:val="18"/>
        </w:rPr>
        <w:t>350 kelime olmalı; 3</w:t>
      </w:r>
      <w:r w:rsidR="007866B4">
        <w:rPr>
          <w:sz w:val="18"/>
        </w:rPr>
        <w:t>-</w:t>
      </w:r>
      <w:r>
        <w:rPr>
          <w:sz w:val="18"/>
        </w:rPr>
        <w:t>5 anahtar kelime verilmelidir. Başlık, yazar bilgileri ve anahtar kelimeler kelime sınırına dahil değildir.</w:t>
      </w:r>
    </w:p>
    <w:p w:rsidR="00F402B2" w:rsidRDefault="00000000">
      <w:pPr>
        <w:spacing w:after="60"/>
        <w:ind w:left="317" w:hanging="317"/>
      </w:pPr>
      <w:r>
        <w:rPr>
          <w:sz w:val="18"/>
        </w:rPr>
        <w:t>4. Yazar adları ve kurumları açıkça yazılmalı; sorumlu yazar yıldız (*) ile belirtilmeli ve e-posta adresi eklenmelidir.</w:t>
      </w:r>
    </w:p>
    <w:p w:rsidR="00F402B2" w:rsidRDefault="00000000">
      <w:pPr>
        <w:spacing w:after="60"/>
        <w:ind w:left="317" w:hanging="317"/>
      </w:pPr>
      <w:r>
        <w:rPr>
          <w:sz w:val="18"/>
        </w:rPr>
        <w:t>5. Özet; amaç, yöntem, temel bulgular ve sonuçları içermelidir. Yalnızca gelecekte sunulacağı belirtilen, somut sonuç içermeyen özetlerden kaçınılmalıdır.</w:t>
      </w:r>
    </w:p>
    <w:p w:rsidR="00F402B2" w:rsidRDefault="00000000">
      <w:pPr>
        <w:spacing w:after="60"/>
        <w:ind w:left="317" w:hanging="317"/>
      </w:pPr>
      <w:r>
        <w:rPr>
          <w:sz w:val="18"/>
        </w:rPr>
        <w:t>6. Şablonun düzeni korunmalı; tablo, şekil ve kaynakça kullanılmaması önerilir. Gerekli ise bilimsel semboller ve birimler standart gösterimle yazılmalıdır.</w:t>
      </w:r>
    </w:p>
    <w:p w:rsidR="00F402B2" w:rsidRDefault="00000000">
      <w:pPr>
        <w:spacing w:after="60"/>
        <w:ind w:left="317" w:hanging="317"/>
      </w:pPr>
      <w:r>
        <w:rPr>
          <w:sz w:val="18"/>
        </w:rPr>
        <w:t>7. Dosya düzenlenebilir .docx biçiminde kaydedilmelidir. Önerilen ad: Soyad_IlkYazar_ELASTOMERTR2027.docx.</w:t>
      </w:r>
    </w:p>
    <w:p w:rsidR="00F402B2" w:rsidRDefault="00000000">
      <w:pPr>
        <w:spacing w:after="60"/>
        <w:ind w:left="317" w:hanging="317"/>
      </w:pPr>
      <w:r>
        <w:rPr>
          <w:sz w:val="18"/>
        </w:rPr>
        <w:t>8. Sözlü/poster sunum tercihi ön kayıt veya bildiri gönderim formunda belirtilebilir; nihai sunum türü bilimsel değerlendirme sonucunda belirlenecektir.</w:t>
      </w:r>
    </w:p>
    <w:sectPr w:rsidR="00F402B2" w:rsidSect="008F6CFF">
      <w:headerReference w:type="default" r:id="rId8"/>
      <w:footerReference w:type="default" r:id="rId9"/>
      <w:pgSz w:w="11909" w:h="16834"/>
      <w:pgMar w:top="873" w:right="1296" w:bottom="103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2BF4" w:rsidRDefault="00A02BF4">
      <w:pPr>
        <w:spacing w:after="0" w:line="240" w:lineRule="auto"/>
      </w:pPr>
      <w:r>
        <w:separator/>
      </w:r>
    </w:p>
  </w:endnote>
  <w:endnote w:type="continuationSeparator" w:id="0">
    <w:p w:rsidR="00A02BF4" w:rsidRDefault="00A02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02B2" w:rsidRDefault="00000000">
    <w:pPr>
      <w:pStyle w:val="AltBilgi"/>
      <w:jc w:val="center"/>
    </w:pPr>
    <w:r>
      <w:rPr>
        <w:color w:val="6E2D96"/>
        <w:sz w:val="16"/>
      </w:rPr>
      <w:t>ELASTOMER-TR 2027  •  www.elastomertr.org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2BF4" w:rsidRDefault="00A02BF4">
      <w:pPr>
        <w:spacing w:after="0" w:line="240" w:lineRule="auto"/>
      </w:pPr>
      <w:r>
        <w:separator/>
      </w:r>
    </w:p>
  </w:footnote>
  <w:footnote w:type="continuationSeparator" w:id="0">
    <w:p w:rsidR="00A02BF4" w:rsidRDefault="00A02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02B2" w:rsidRDefault="00000000">
    <w:pPr>
      <w:pStyle w:val="stBilgi"/>
      <w:jc w:val="center"/>
    </w:pPr>
    <w:r>
      <w:rPr>
        <w:noProof/>
      </w:rPr>
      <w:drawing>
        <wp:inline distT="0" distB="0" distL="0" distR="0">
          <wp:extent cx="2340320" cy="8927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_header_logo.png"/>
                  <pic:cNvPicPr/>
                </pic:nvPicPr>
                <pic:blipFill>
                  <a:blip r:embed="rId1"/>
                  <a:stretch>
                    <a:fillRect/>
                  </a:stretch>
                </pic:blipFill>
                <pic:spPr>
                  <a:xfrm>
                    <a:off x="0" y="0"/>
                    <a:ext cx="2516675" cy="9600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19528720">
    <w:abstractNumId w:val="8"/>
  </w:num>
  <w:num w:numId="2" w16cid:durableId="543251344">
    <w:abstractNumId w:val="6"/>
  </w:num>
  <w:num w:numId="3" w16cid:durableId="770667194">
    <w:abstractNumId w:val="5"/>
  </w:num>
  <w:num w:numId="4" w16cid:durableId="1346975059">
    <w:abstractNumId w:val="4"/>
  </w:num>
  <w:num w:numId="5" w16cid:durableId="1439135317">
    <w:abstractNumId w:val="7"/>
  </w:num>
  <w:num w:numId="6" w16cid:durableId="2037584098">
    <w:abstractNumId w:val="3"/>
  </w:num>
  <w:num w:numId="7" w16cid:durableId="599996463">
    <w:abstractNumId w:val="2"/>
  </w:num>
  <w:num w:numId="8" w16cid:durableId="1505394313">
    <w:abstractNumId w:val="1"/>
  </w:num>
  <w:num w:numId="9" w16cid:durableId="33642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1FDA"/>
    <w:rsid w:val="0029639D"/>
    <w:rsid w:val="00326F90"/>
    <w:rsid w:val="0051009A"/>
    <w:rsid w:val="007866B4"/>
    <w:rsid w:val="008F6CFF"/>
    <w:rsid w:val="00A02BF4"/>
    <w:rsid w:val="00AA1D8D"/>
    <w:rsid w:val="00B47730"/>
    <w:rsid w:val="00CB0664"/>
    <w:rsid w:val="00D95B25"/>
    <w:rsid w:val="00F402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4B1A67"/>
  <w14:defaultImageDpi w14:val="300"/>
  <w15:docId w15:val="{6402F594-DBC7-9D4A-BB62-35C204255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 Sen</cp:lastModifiedBy>
  <cp:revision>4</cp:revision>
  <cp:lastPrinted>2026-10-14T06:53:00Z</cp:lastPrinted>
  <dcterms:created xsi:type="dcterms:W3CDTF">2013-12-23T23:15:00Z</dcterms:created>
  <dcterms:modified xsi:type="dcterms:W3CDTF">2026-10-17T13:47:00Z</dcterms:modified>
  <cp:category/>
</cp:coreProperties>
</file>